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95D" w14:textId="77777777" w:rsidR="00BA245A" w:rsidRPr="000E1904" w:rsidRDefault="00BA245A" w:rsidP="00BA245A">
      <w:pPr>
        <w:pStyle w:val="Naslov1"/>
        <w:rPr>
          <w:rFonts w:asciiTheme="minorHAnsi" w:hAnsiTheme="minorHAnsi"/>
          <w:color w:val="auto"/>
        </w:rPr>
      </w:pPr>
      <w:r w:rsidRPr="000E1904">
        <w:rPr>
          <w:rFonts w:asciiTheme="minorHAnsi" w:hAnsiTheme="minorHAnsi"/>
          <w:color w:val="auto"/>
          <w:sz w:val="26"/>
          <w:szCs w:val="26"/>
        </w:rPr>
        <w:object w:dxaOrig="4360" w:dyaOrig="1893" w14:anchorId="6FB01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86.25pt" o:ole="">
            <v:imagedata r:id="rId6" o:title=""/>
          </v:shape>
          <o:OLEObject Type="Embed" ProgID="CorelDraw.Graphic.16" ShapeID="_x0000_i1025" DrawAspect="Content" ObjectID="_1848027947" r:id="rId7"/>
        </w:object>
      </w:r>
    </w:p>
    <w:p w14:paraId="2024406D" w14:textId="77777777" w:rsidR="00BA245A" w:rsidRPr="000E1904" w:rsidRDefault="00BA245A" w:rsidP="00BA245A">
      <w:pPr>
        <w:spacing w:after="0" w:line="240" w:lineRule="auto"/>
        <w:rPr>
          <w:sz w:val="18"/>
          <w:szCs w:val="18"/>
        </w:rPr>
      </w:pPr>
      <w:bookmarkStart w:id="0" w:name="_Hlk132181302"/>
      <w:r w:rsidRPr="000E1904">
        <w:rPr>
          <w:sz w:val="18"/>
          <w:szCs w:val="18"/>
        </w:rPr>
        <w:t>KLASA: 602-07/26-01/115</w:t>
      </w:r>
    </w:p>
    <w:p w14:paraId="29C84EB2" w14:textId="56E63DA1" w:rsidR="00BA245A" w:rsidRPr="000E1904" w:rsidRDefault="00BA245A" w:rsidP="00BA245A">
      <w:pPr>
        <w:spacing w:after="0" w:line="240" w:lineRule="auto"/>
        <w:rPr>
          <w:sz w:val="18"/>
          <w:szCs w:val="18"/>
        </w:rPr>
      </w:pPr>
      <w:bookmarkStart w:id="1" w:name="_Hlk126594702"/>
      <w:r w:rsidRPr="000E1904">
        <w:rPr>
          <w:sz w:val="18"/>
          <w:szCs w:val="18"/>
        </w:rPr>
        <w:t>URBROJ: 2197-14/01-26/0</w:t>
      </w:r>
      <w:r w:rsidR="00406674">
        <w:rPr>
          <w:sz w:val="18"/>
          <w:szCs w:val="18"/>
        </w:rPr>
        <w:t>4</w:t>
      </w:r>
    </w:p>
    <w:bookmarkEnd w:id="1"/>
    <w:p w14:paraId="5311DF4B" w14:textId="0188B5FD" w:rsidR="00BA245A" w:rsidRPr="000E1904" w:rsidRDefault="00BA245A" w:rsidP="00BA245A">
      <w:pPr>
        <w:spacing w:after="0" w:line="240" w:lineRule="auto"/>
        <w:rPr>
          <w:rFonts w:eastAsia="Times New Roman"/>
          <w:sz w:val="18"/>
          <w:szCs w:val="18"/>
        </w:rPr>
      </w:pPr>
      <w:r w:rsidRPr="000E1904">
        <w:rPr>
          <w:rFonts w:eastAsia="Times New Roman"/>
          <w:sz w:val="18"/>
          <w:szCs w:val="18"/>
        </w:rPr>
        <w:t>Zabok, 0</w:t>
      </w:r>
      <w:r w:rsidR="00CD1676" w:rsidRPr="000E1904">
        <w:rPr>
          <w:rFonts w:eastAsia="Times New Roman"/>
          <w:sz w:val="18"/>
          <w:szCs w:val="18"/>
        </w:rPr>
        <w:t>8</w:t>
      </w:r>
      <w:r w:rsidRPr="000E1904">
        <w:rPr>
          <w:rFonts w:eastAsia="Times New Roman"/>
          <w:sz w:val="18"/>
          <w:szCs w:val="18"/>
        </w:rPr>
        <w:t>.0</w:t>
      </w:r>
      <w:r w:rsidR="000474D6" w:rsidRPr="000E1904">
        <w:rPr>
          <w:rFonts w:eastAsia="Times New Roman"/>
          <w:sz w:val="18"/>
          <w:szCs w:val="18"/>
        </w:rPr>
        <w:t>8</w:t>
      </w:r>
      <w:r w:rsidRPr="000E1904">
        <w:rPr>
          <w:rFonts w:eastAsia="Times New Roman"/>
          <w:sz w:val="18"/>
          <w:szCs w:val="18"/>
        </w:rPr>
        <w:t>.2026.</w:t>
      </w:r>
      <w:bookmarkEnd w:id="0"/>
    </w:p>
    <w:p w14:paraId="68FD35E6" w14:textId="3F55DE5F" w:rsidR="00BA245A" w:rsidRPr="000E1904" w:rsidRDefault="00BA245A" w:rsidP="00BA245A">
      <w:pPr>
        <w:spacing w:after="0" w:line="240" w:lineRule="auto"/>
        <w:rPr>
          <w:rFonts w:eastAsia="Times New Roman"/>
          <w:sz w:val="18"/>
          <w:szCs w:val="18"/>
        </w:rPr>
      </w:pPr>
    </w:p>
    <w:p w14:paraId="5C40C21E" w14:textId="77777777" w:rsidR="00BA245A" w:rsidRPr="000E1904" w:rsidRDefault="00BA245A" w:rsidP="00BA245A">
      <w:pPr>
        <w:spacing w:after="0" w:line="240" w:lineRule="auto"/>
        <w:rPr>
          <w:rFonts w:eastAsia="Times New Roman"/>
          <w:sz w:val="18"/>
          <w:szCs w:val="18"/>
        </w:rPr>
      </w:pPr>
    </w:p>
    <w:p w14:paraId="5A3D7F51" w14:textId="1CECFD5F" w:rsidR="002936C8" w:rsidRPr="000E1904" w:rsidRDefault="000E1904" w:rsidP="00BA245A">
      <w:pPr>
        <w:pStyle w:val="Naslov2"/>
        <w:jc w:val="center"/>
        <w:rPr>
          <w:rFonts w:asciiTheme="minorHAnsi" w:hAnsiTheme="minorHAnsi"/>
          <w:color w:val="auto"/>
        </w:rPr>
      </w:pPr>
      <w:r w:rsidRPr="000E1904">
        <w:rPr>
          <w:rFonts w:asciiTheme="minorHAnsi" w:hAnsiTheme="minorHAnsi"/>
          <w:color w:val="auto"/>
        </w:rPr>
        <w:t>IZVJEŠĆE O PROVEDENOM SAVJETOVANJU</w:t>
      </w:r>
    </w:p>
    <w:p w14:paraId="040ABB1F" w14:textId="77777777" w:rsidR="00BA245A" w:rsidRPr="000E1904" w:rsidRDefault="00BA245A"/>
    <w:p w14:paraId="23971197" w14:textId="77777777" w:rsidR="00BA245A" w:rsidRPr="000E1904" w:rsidRDefault="00BA245A"/>
    <w:p w14:paraId="4D0644CA" w14:textId="436D3333" w:rsidR="00BA245A" w:rsidRPr="000E1904" w:rsidRDefault="000E1904">
      <w:r w:rsidRPr="000E1904">
        <w:t xml:space="preserve">Razdoblje savjetovanja: </w:t>
      </w:r>
      <w:r w:rsidR="00BA245A" w:rsidRPr="000E1904">
        <w:t>07.07.2026. – 07.08.2026.</w:t>
      </w:r>
      <w:r w:rsidRPr="000E1904">
        <w:br/>
        <w:t xml:space="preserve">Broj zaprimljenih očitovanja: </w:t>
      </w:r>
      <w:r w:rsidR="00FA5AA8" w:rsidRPr="00FA5AA8">
        <w:rPr>
          <w:b/>
          <w:bCs/>
        </w:rPr>
        <w:t>0</w:t>
      </w:r>
      <w:r w:rsidR="00FA5AA8">
        <w:t>.</w:t>
      </w:r>
      <w:r w:rsidRPr="000E1904">
        <w:br/>
      </w:r>
      <w:r w:rsidRPr="000E1904">
        <w:br/>
      </w:r>
    </w:p>
    <w:p w14:paraId="044A352C" w14:textId="22C0799D" w:rsidR="002936C8" w:rsidRPr="000E1904" w:rsidRDefault="000E1904">
      <w:r w:rsidRPr="000E1904">
        <w:t>Tablica pregleda:</w:t>
      </w:r>
      <w:r w:rsidRPr="000E1904"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26"/>
        <w:gridCol w:w="1725"/>
        <w:gridCol w:w="1726"/>
        <w:gridCol w:w="1726"/>
        <w:gridCol w:w="1727"/>
      </w:tblGrid>
      <w:tr w:rsidR="000E1904" w:rsidRPr="000E1904" w14:paraId="6BAB5246" w14:textId="77777777">
        <w:tc>
          <w:tcPr>
            <w:tcW w:w="1728" w:type="dxa"/>
          </w:tcPr>
          <w:p w14:paraId="2DE69E4B" w14:textId="77777777" w:rsidR="002936C8" w:rsidRPr="000E1904" w:rsidRDefault="000E1904">
            <w:r w:rsidRPr="000E1904">
              <w:t>Sudionik</w:t>
            </w:r>
          </w:p>
        </w:tc>
        <w:tc>
          <w:tcPr>
            <w:tcW w:w="1728" w:type="dxa"/>
          </w:tcPr>
          <w:p w14:paraId="03537DC3" w14:textId="77777777" w:rsidR="002936C8" w:rsidRPr="000E1904" w:rsidRDefault="000E1904">
            <w:r w:rsidRPr="000E1904">
              <w:t>Članak</w:t>
            </w:r>
          </w:p>
        </w:tc>
        <w:tc>
          <w:tcPr>
            <w:tcW w:w="1728" w:type="dxa"/>
          </w:tcPr>
          <w:p w14:paraId="350C6580" w14:textId="77777777" w:rsidR="002936C8" w:rsidRPr="000E1904" w:rsidRDefault="000E1904">
            <w:r w:rsidRPr="000E1904">
              <w:t>Primjedba</w:t>
            </w:r>
          </w:p>
        </w:tc>
        <w:tc>
          <w:tcPr>
            <w:tcW w:w="1728" w:type="dxa"/>
          </w:tcPr>
          <w:p w14:paraId="379EBA2B" w14:textId="77777777" w:rsidR="002936C8" w:rsidRPr="000E1904" w:rsidRDefault="000E1904">
            <w:r w:rsidRPr="000E1904">
              <w:t>Prihvaćeno (DA/NE)</w:t>
            </w:r>
          </w:p>
        </w:tc>
        <w:tc>
          <w:tcPr>
            <w:tcW w:w="1728" w:type="dxa"/>
          </w:tcPr>
          <w:p w14:paraId="5F58C5DB" w14:textId="77777777" w:rsidR="002936C8" w:rsidRPr="000E1904" w:rsidRDefault="000E1904">
            <w:r w:rsidRPr="000E1904">
              <w:t>Obrazloženje</w:t>
            </w:r>
          </w:p>
        </w:tc>
      </w:tr>
      <w:tr w:rsidR="000E1904" w:rsidRPr="000E1904" w14:paraId="5649E22E" w14:textId="77777777">
        <w:tc>
          <w:tcPr>
            <w:tcW w:w="1728" w:type="dxa"/>
          </w:tcPr>
          <w:p w14:paraId="22745FA2" w14:textId="77777777" w:rsidR="00BA245A" w:rsidRPr="000E1904" w:rsidRDefault="00BA245A"/>
        </w:tc>
        <w:tc>
          <w:tcPr>
            <w:tcW w:w="1728" w:type="dxa"/>
          </w:tcPr>
          <w:p w14:paraId="65857E86" w14:textId="77777777" w:rsidR="00BA245A" w:rsidRPr="000E1904" w:rsidRDefault="00BA245A"/>
        </w:tc>
        <w:tc>
          <w:tcPr>
            <w:tcW w:w="1728" w:type="dxa"/>
          </w:tcPr>
          <w:p w14:paraId="4D53CF1E" w14:textId="77777777" w:rsidR="00BA245A" w:rsidRPr="000E1904" w:rsidRDefault="00BA245A"/>
        </w:tc>
        <w:tc>
          <w:tcPr>
            <w:tcW w:w="1728" w:type="dxa"/>
          </w:tcPr>
          <w:p w14:paraId="233D9614" w14:textId="77777777" w:rsidR="00BA245A" w:rsidRPr="000E1904" w:rsidRDefault="00BA245A"/>
        </w:tc>
        <w:tc>
          <w:tcPr>
            <w:tcW w:w="1728" w:type="dxa"/>
          </w:tcPr>
          <w:p w14:paraId="0CB3517D" w14:textId="77777777" w:rsidR="00BA245A" w:rsidRPr="000E1904" w:rsidRDefault="00BA245A"/>
        </w:tc>
      </w:tr>
      <w:tr w:rsidR="000E1904" w:rsidRPr="000E1904" w14:paraId="3CA1D89C" w14:textId="77777777">
        <w:tc>
          <w:tcPr>
            <w:tcW w:w="1728" w:type="dxa"/>
          </w:tcPr>
          <w:p w14:paraId="22BC4E98" w14:textId="77777777" w:rsidR="00BA245A" w:rsidRPr="000E1904" w:rsidRDefault="00BA245A"/>
        </w:tc>
        <w:tc>
          <w:tcPr>
            <w:tcW w:w="1728" w:type="dxa"/>
          </w:tcPr>
          <w:p w14:paraId="2D1FD8F0" w14:textId="77777777" w:rsidR="00BA245A" w:rsidRPr="000E1904" w:rsidRDefault="00BA245A"/>
        </w:tc>
        <w:tc>
          <w:tcPr>
            <w:tcW w:w="1728" w:type="dxa"/>
          </w:tcPr>
          <w:p w14:paraId="39D2401C" w14:textId="77777777" w:rsidR="00BA245A" w:rsidRPr="000E1904" w:rsidRDefault="00BA245A"/>
        </w:tc>
        <w:tc>
          <w:tcPr>
            <w:tcW w:w="1728" w:type="dxa"/>
          </w:tcPr>
          <w:p w14:paraId="51F2529B" w14:textId="77777777" w:rsidR="00BA245A" w:rsidRPr="000E1904" w:rsidRDefault="00BA245A"/>
        </w:tc>
        <w:tc>
          <w:tcPr>
            <w:tcW w:w="1728" w:type="dxa"/>
          </w:tcPr>
          <w:p w14:paraId="5857D561" w14:textId="77777777" w:rsidR="00BA245A" w:rsidRPr="000E1904" w:rsidRDefault="00BA245A"/>
        </w:tc>
      </w:tr>
      <w:tr w:rsidR="000E1904" w:rsidRPr="000E1904" w14:paraId="118BF865" w14:textId="77777777">
        <w:tc>
          <w:tcPr>
            <w:tcW w:w="1728" w:type="dxa"/>
          </w:tcPr>
          <w:p w14:paraId="27FFA181" w14:textId="77777777" w:rsidR="00BA245A" w:rsidRPr="000E1904" w:rsidRDefault="00BA245A"/>
        </w:tc>
        <w:tc>
          <w:tcPr>
            <w:tcW w:w="1728" w:type="dxa"/>
          </w:tcPr>
          <w:p w14:paraId="14E39A9F" w14:textId="77777777" w:rsidR="00BA245A" w:rsidRPr="000E1904" w:rsidRDefault="00BA245A"/>
        </w:tc>
        <w:tc>
          <w:tcPr>
            <w:tcW w:w="1728" w:type="dxa"/>
          </w:tcPr>
          <w:p w14:paraId="7AAF878C" w14:textId="77777777" w:rsidR="00BA245A" w:rsidRPr="000E1904" w:rsidRDefault="00BA245A"/>
        </w:tc>
        <w:tc>
          <w:tcPr>
            <w:tcW w:w="1728" w:type="dxa"/>
          </w:tcPr>
          <w:p w14:paraId="3AEFF222" w14:textId="77777777" w:rsidR="00BA245A" w:rsidRPr="000E1904" w:rsidRDefault="00BA245A"/>
        </w:tc>
        <w:tc>
          <w:tcPr>
            <w:tcW w:w="1728" w:type="dxa"/>
          </w:tcPr>
          <w:p w14:paraId="2228C7F6" w14:textId="77777777" w:rsidR="00BA245A" w:rsidRPr="000E1904" w:rsidRDefault="00BA245A"/>
        </w:tc>
      </w:tr>
    </w:tbl>
    <w:p w14:paraId="268040F7" w14:textId="3AE639D0" w:rsidR="004A78E9" w:rsidRPr="000E1904" w:rsidRDefault="004A78E9"/>
    <w:p w14:paraId="2D44A413" w14:textId="3D5739A1" w:rsidR="00BA245A" w:rsidRPr="000E1904" w:rsidRDefault="00BA245A"/>
    <w:p w14:paraId="0A34FB31" w14:textId="77777777" w:rsidR="00BA245A" w:rsidRPr="000E1904" w:rsidRDefault="00BA245A" w:rsidP="00BA245A">
      <w:pPr>
        <w:ind w:left="3600"/>
        <w:jc w:val="center"/>
      </w:pPr>
      <w:r w:rsidRPr="000E1904">
        <w:t>Ravnatelj</w:t>
      </w:r>
      <w:r w:rsidRPr="000E1904">
        <w:br/>
      </w:r>
      <w:r w:rsidRPr="000E1904">
        <w:br/>
        <w:t>Branko Piljek mag.oec</w:t>
      </w:r>
    </w:p>
    <w:p w14:paraId="564AAF54" w14:textId="77777777" w:rsidR="00BA245A" w:rsidRPr="000E1904" w:rsidRDefault="00BA245A"/>
    <w:sectPr w:rsidR="00BA245A" w:rsidRPr="000E190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4D6"/>
    <w:rsid w:val="0006063C"/>
    <w:rsid w:val="000E1904"/>
    <w:rsid w:val="0015074B"/>
    <w:rsid w:val="002936C8"/>
    <w:rsid w:val="0029639D"/>
    <w:rsid w:val="00326F90"/>
    <w:rsid w:val="00406674"/>
    <w:rsid w:val="004A78E9"/>
    <w:rsid w:val="00AA1D8D"/>
    <w:rsid w:val="00B47730"/>
    <w:rsid w:val="00BA245A"/>
    <w:rsid w:val="00CB0664"/>
    <w:rsid w:val="00CD1676"/>
    <w:rsid w:val="00FA5A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8548C"/>
  <w14:defaultImageDpi w14:val="300"/>
  <w15:docId w15:val="{A7D37D7E-F7EB-453D-82A3-91AFABB4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TIHOMIR VRANČIĆ</cp:lastModifiedBy>
  <cp:revision>7</cp:revision>
  <cp:lastPrinted>2026-07-07T11:09:00Z</cp:lastPrinted>
  <dcterms:created xsi:type="dcterms:W3CDTF">2026-07-07T11:07:00Z</dcterms:created>
  <dcterms:modified xsi:type="dcterms:W3CDTF">2026-08-12T06:19:00Z</dcterms:modified>
  <cp:category/>
</cp:coreProperties>
</file>